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של הכפר העולמי כמו גלובליזציה, הגירה ואי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- זיהוי צדדים, נימוקים והקשבה לדעות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בטכניקת עש״ן ד״ק להרגעה לפני תגובה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עבודה מול אובדן אופי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עוני ואין בחירות חופשיות למרות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אובדן חברים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עליית מחירי דירות שתעיף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אוכל, שפה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גדולים גם במדינה עם תמ״ג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הזדמנויות חדשות אך גם קושי בפרידה משפה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הוותיקים נפגעים מעליית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טכניקה להרגעה לפני מענה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דילמה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(עולם משתנה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(גלובליזציה ואופי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 שוויון ומדדי פיתוח)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(הגירה 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(יישובים וסביבה)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שימוש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משהו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בצורה רגועה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שני צדדים מנומקים ועמדה אישית ברורה המבוססת על הנימוקים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שתמ״ג לא משקף שוויון, חופש או איכות חיים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דילמה מהדף מקובלת אם מנומקת בשני 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דילמה בהצבעה כיתתית (בעד/נגד/תלוי)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עש״ן ד״ק בקול רם כקבוצה לפני דיון סוער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המתקשה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הקשורים לדילמות שונות בעולם המשתנה - טכנולוגיה, גלובליזציה, פערי פיתוח, הגירה וסביבה.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התחברות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מדינה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מכונה לטלפורטציה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ברשת ההמבורגרים בדילמה, מה האתגר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מקומות עבודה מול אובדן אופי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במזון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קשה לקבוע אם המדינה העשירה בנפט היא מדינה מפותחת?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תמ״ג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עוני ואין בחירות חופשיות למרות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שווים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השיקול שהאח המפחד מעלה לגבי ההגירה?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אובדן חברים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בעיות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דואגים הוותיקים בשכונה שהופכת לפארק עם מגדלי יוקרה?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 מהבנייה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עליית מחירי דירות שתעיף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חוסר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אוויר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השלב הראשון בטכניקת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עצמי מרגיע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תמ״ג לנפש גבוה מבטיח שכל אזרחי המדינה חיים ברווחה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הגירה למדינה אחרת יכולה לכלול גם רווחים וגם קשיים אישיים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פיתוח עירוני תמיד משפר את מצבם של כל תושבי השכונה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עוזר להגיב בצורה מרגיעה יותר לפני דיון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מדינות ואנשים בעולם מתחברים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של אנשים למדינה אחרת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ההבדלים ברמת החיים בין מדינות נקראים __________ פיתוח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כמות הכסף שמדינה מייצרת מחולקת לאדם נקראת __________ לנפש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תגובה בדיון כדאי להשתמש בטכניקת עש״ן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דילמה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מכונת טלפורטציה חינמית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הגירה 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רשת המבורגרים מול חנות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יישובים וסביבה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מדינה עשירה בנפט עם עוני 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גלובליזציה ואופי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אבא מוצא עבודה בחו״ל לשלוש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 שוויון ומדדי פיתוח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שכונה הופכת לפארק עם מגדלי יוקרה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עולם משתנה וטכנולוגיה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שימוש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משהו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בצורה רגועה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וכתבו שני נימוקים בעד ושני נימוקים נגד, ולבסוף את דעתכם האישית.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קשה לקבוע אם מדינה היא מפותחת רק לפי התמ״ג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- תנו דוגמה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שלב ראשון בטכניקת עש״ן ד״ק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לדילמה שבה יש גם יתרון וגם חיסרון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הכפר העולמי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