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הכפר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בגיאוגרפיה של הכפר העולמי כמו גלובליזציה, הגירה ואי 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דילמה - זיהוי צדדים, נימוקים והקשבה לדעות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בטכניקת עש״ן ד״ק להרגעה לפני תגובה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התחברות בין מדינות ואנשים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מקומות עבודה מול אובדן אופי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עוני ואין בחירות חופשיות למרות עושר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אובדן חברים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עליית מחירי דירות שתעיף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משפיעה גם על תרבות, אוכל, שפה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יכולים להיות פערים גדולים גם במדינה עם תמ״ג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הזדמנויות חדשות אך גם קושי בפרידה משפה וחברים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לעיתים הוותיקים נפגעים מעליית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טכניקה להרגעה לפני מענה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תמ״ג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דילמה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(עולם משתנה וטכנולוגיה)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(גלובליזציה ואופי מקומי)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 שוויון ומדדי פיתוח)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(הגירה 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(יישובים וסביבה)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שימוש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שמגיבים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משהו 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בצורה רגועה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שני צדדים מנומקים ועמדה אישית ברורה המבוססת על הנימוקים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שתמ״ג לא משקף שוויון, חופש או איכות חיים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היא השלב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דילמה מהדף מקובלת אם מנומקת בשני 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דילמה בהצבעה כיתתית (בעד/נגד/תלוי)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עש״ן ד״ק בקול רם כקבוצה לפני דיון סוער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לקבוצה המתקשה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הכפר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חדשות על העולם של היום. נדבר על שינויים, הגירה ואי שוויון בין מדינות.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ואנשים בעולם מתחברים ומשפיעים זה על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תמ״ג לנפש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הכסף שמדינה מייצרת, מחולקת למספר התושבים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ממקום מגורים אחד לאחר, לרוב למדינה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שוויון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פערים גדולים בהכנסה, בבריאות ובהזדמנויות בין אנשים או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מדינה מפותחת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עם רמת חיים גבוהה, חינוך, בריאות וזכויות לאזרחים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להרגעה לפני תגובה: עצירה, שחרור שרירים, נשימה, דיבור עצמי מרגיע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שתי אפשרויות, וכל אחת יש לה יתרונות וחסרונות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פערי פיתוח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הבדלים בין מדינות או אזורים ברמת החיים ובהזדמנויות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התחברות בין מדינות ואנשים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מדינה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מכונה לטלפורטציה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הבעיה בפתיחת הסניף?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מקומות עבודה מול אובדן אופי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חוסר במזון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קשה להחליט על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לה תמ״ג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עוני ואין בחירות חופשיות למרות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שווים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מפחיד את האח?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אובדן חברים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בעיות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הוותיקים חוששים?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 מהבנייה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עליית מחירי דירות שתעיף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חוסר בחניה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זיהום אוויר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עצמי מרגיע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נשימה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מהיר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תמ״ג לנפש גבוה מבטיח שכל אזרחי המדינה חיים ברווחה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הגירה למדינה אחרת יכולה לכלול גם רווחים וגם קשיים אישיים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פיתוח עירוני תמיד משפר את מצבם של כל תושבי השכונה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עוזר להגיב בצורה מרגיעה יותר לפני דיון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שבו מדינות ואנשים בעולם מתחברים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מעבר של אנשים למדינה אחרת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ההבדלים ברמת החיים בין מדינות נקראים __________ פיתוח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כמות הכסף שמדינה מייצרת מחולקת לאדם נקראת __________ לנפש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תגובה בדיון כדאי להשתמש בטכניקת עש״ן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דילמה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מכונת טלפורטציה חינמית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גלובליזציה ואופי מקומי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רשת המבורגרים מול חנות פלאפל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עולם משתנה וטכנולוגיה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מדינה עשירה בנפט עם עוני פנימי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הגירה 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אבא מוצא עבודה בחו״ל לשלוש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יישובים וסביבה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שכונה הופכת לפארק עם מגדלי יוקרה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 שוויון ומדדי פיתוח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שימוש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בצורה רגועה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משהו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שמגיבים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נשימה עמוקה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שרירים בגוף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בדף וכתבו שני נימוקים בעד ושני נימוקים נגד, ולבסוף את דעתכם האישית.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קשה לקבוע אם מדינה היא מפותחת רק לפי התמ״ג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- תנו דוגמה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שלב ראשון בטכניקת עש״ן ד״ק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לדילמה שבה יש גם יתרון וגם חיסרון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הכפר העולמי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