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דילמות הכפר העולמי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בגיאוגרפיה של הכפר העולמי כמו גלובליזציה, הגירה ואי שוויון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ניתוח דילמה - זיהוי צדדים, נימוקים והקשבה לדעות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בטכניקת עש״ן ד״ק להרגעה לפני תגובה בדיון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תהליך התחברות בין מדינות ואנשים בעולם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מקומות עבודה מול אובדן אופי מקומי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יש עוני ואין בחירות חופשיות למרות עושר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גלובליזציה משפיעה גם על תרבות, אוכל, שפה ועוד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יכולים להיות פערים גדולים גם במדינה עם תמ״ג גבוה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יש הזדמנויות חדשות אך גם קושי בפרידה משפה וחברים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גלובליזציה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הגירה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פערי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דילמה 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(עולם משתנה וטכנולוגיה)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(גלובליזציה ואופי מקומי)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(אי שוויון ומדדי פיתוח)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(הגירה משפחתית)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שימוש בעש״ן ד״ק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 לפני שמגיבים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משחררים שרירים בגוף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נושמים נשימה עמוקה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אומרים לעצמנו משהו מרגיע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לציין שתמ״ג לא משקף שוויון, חופש או איכות חיים בפועל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נכונה עם דוגמה מהדף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עצירה היא השלב הראשון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דילמה מהדף מקובלת אם מנומקת בשני צדדים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כל דילמה בהצבעה כיתתית (בעד/נגד/תלוי) לפני המענה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את עש״ן ד״ק בקול רם כקבוצה לפני דיון סוער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הפריטים המסומנים לקבוצה המתקשה ולהתמקד בהבנה הבסיסית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דילמות הכפר העולמי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מושגים הקשורים לדילמות שונות בעולם המשתנה - טכנולוגיה, גלובליזציה, פערי פיתוח, הגירה וסביבה.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גלובליזציה  ·  הגירה  ·  פערי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גלובליזציה?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תהליך התחברות בין מדינות ואנשים בעולם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שם של מדינה עשירה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מכונה לטלפורטציה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ברשת ההמבורגרים בדילמה, מה האתגר המרכזי?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מחיר הדלק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מקומות עבודה מול אובדן אופי מקומי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מזג האוויר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מדוע קשה לקבוע אם המדינה העשירה בנפט היא מדינה מפותחת?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אין לה תמ״ג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יש עוני ואין בחירות חופשיות למרות עושר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אין לה נפט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גלובליזציה משפיעה רק על כלכלה ולא על תרבות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תמ״ג לנפש גבוה מבטיח שכל אזרחי המדינה חיים ברווחה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הגירה למדינה אחרת יכולה לכלול גם רווחים וגם קשיים אישיים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תהליך שבו מדינות ואנשים בעולם מתחברים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מעבר של אנשים למדינה אחרת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ההבדלים ברמת החיים בין מדינות נקראים __________ פיתוח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דילמה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מכונת טלפורטציה חינמית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הגירה משפחתית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רשת המבורגרים מול חנות פלאפל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אי שוויון ומדדי פיתוח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מדינה עשירה בנפט עם עוני פנימי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גלובליזציה ואופי מקומי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אבא מוצא עבודה בחו״ל לשלוש שנים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עולם משתנה וטכנולוגיה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- שימוש בעש״ן ד״ק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אומרים לעצמנו משהו מרגיע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נושמים נשימה עמוקה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עוצרים לפני שמגיבים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משחררים שרירים בגוף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למה קשה לקבוע אם מדינה היא מפותחת רק לפי התמ״ג שלה.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גלובליזציה - תנו דוגמה אחת מהדף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שלב ראשון בטכניקת עש״ן ד״ק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דילמות הכפר העולמי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